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NHXH E90 Halogen-Free Fire-Resistant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NHXH E90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311252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49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31125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NHXH E90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NHXH E90 Halogen-Free Fire-Resistant Cable is supplied as a configurable fire-resistant safety cable product family. Catalog models are preserved exactly as NHXH E90.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Fire-resistant safety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NHXH E90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Public buildings, Emergency circuits, Low-smoke installation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NHXH E90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NHXH E90 Halogen-Free Fire-Resistant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Fire-resistant safety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NHXH E90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Fire-resistant safety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NHXH E90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NHXH E90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Test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 | [V]: [V]_{AC} | 600 / 1000 Volt: 4000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Temperature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in motion | [V]:  | 600 / 1000 Volt: -5°C till +90°C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short circuit | [V]: °C | 600 / 1000 Volt: 250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Short circuit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max. | [V]: [sec] | 600 / 1000 Volt: 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Bending radius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single core style | [V]: x diameter | 600 / 1000 Volt: 15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multi core style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x diameter | [V]: 12 | 600 / 1000 Volt: —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Flammability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standard | [V]:  | 600 / 1000 Volt: EN 50266-2-4IEC 60332-3 Kat.C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NHXH E90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580"/>
        <w:gridCol w:w="2580"/>
        <w:gridCol w:w="2580"/>
        <w:gridCol w:w="2580"/>
      </w:tblGrid>
      <w:tr>
        <w:trPr>
          <w:tblHeader w:val="true"/>
        </w:trPr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Nominal voltage Uo/U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Column 2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[V]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600 / 1000 Volt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Test voltage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[V]_{AC}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4000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Temperature range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 motion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-5°C till +90°C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Operating temperature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short circuit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°C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250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Short circuit time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max.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[sec]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Bending radius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single core style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x diameter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multi core style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x diameter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Flammability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standard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 50266-2-4IEC 60332-3 Kat.C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NHXH E90 · Source Specification Table 2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Number of cores and nominal cross section mm^2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Copper figure kg/km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Overall diameter appr.mm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Calorific potential kWh/m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Weight appr. kg/km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16 RM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0,42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250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25 RM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12,5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0,53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355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35 RM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0,60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460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50 RM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15,0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0,69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596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70 RM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700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0,83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810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95 RM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19,0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1,06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1.100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120 RM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1.200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1,15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1.350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NHXH E90 Halogen-Free Fire-Resistant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NHXH E90 Halogen-Free Fire-Resistant Cable</dc:title>
  <dc:subject>NexPro English product specification</dc:subject>
  <dc:creator>NexPro</dc:creator>
  <cp:keywords>NHXH E90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