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H03VV-F Light Duty PVC Flexible Cord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H03VV-F | H05VV-F | 60227 IEC 53 (RVV) | RVV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1334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1334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0387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9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87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1482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09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8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9423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096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4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H03VV-F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H05VV-F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H05VV-F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H05VV-F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18000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_detail_html-097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9645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45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H05VV-F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60227 IEC 53 (RVV) | RVV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H03VV-F Light Duty PVC Flexible Cord is supplied as a configurable pvc flexible cord product family. Catalog models are preserved exactly as H03VV-F.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PVC flexible cord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H03VV-F | H05VV-F | 60227 IEC 53 (RVV) | RVV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H03VV-F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H03VV-F Light Duty PVC Flexible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PVC flexible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H03VV-F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H05VV-F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H05VV-F Ordinary Duty PVC Flexible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PVC flexible cord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H05VV-F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60227 IEC 53 (RVV) | RVV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RVV PVC Insulated Flexible Sheathed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PVC flexible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60227 IEC 53 (RVV) | RVV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H03VV-F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H05VV-F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60227 IEC 53 (RVV) | RVV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PVC flexible cord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PVC flexible cord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PVC flexible cord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H03VV-F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H05VV-F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60227 IEC 53 (RVV) | RVV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H03VV-F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H05VV-F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60227 IEC 53 (RVV) / RVV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2x0,5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39 | External Diameter (mm): 4,75 | Weight (kg/km): 40 | Class: Eca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2x0,75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26 | External Diameter (mm): 5,20 | Weight (kg/km): 41 | Class: Eca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3G0,5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39 | External Diameter (mm): 5,25 | Weight (kg/km): 42 | Class: Eca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3G0,75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26 | External Diameter (mm): 5,50 | Weight (kg/km): 49 | Class: Eca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4x0,5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39 | External Diameter (mm): 5,60 | Weight (kg/km): 47 | Class: Eca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4x0,75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26 | External Diameter (mm): 6,30 | Weight (kg/km): 64 | Class: Eca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 numeric source table was published for this product family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H03VV-F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Section (mm²)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Resistance at 20 °C (Ohm/km)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External Diameter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 (kg/km)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Class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4,75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3G0,5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5,25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3G0,75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5,60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6,30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H03VV-F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1. Conductor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Flexible electrolytic copper conductor (Class V) according to BS EN 60228:2005 (previously BS6360) and UNE 60228.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 Insulation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PVC insulation type TI-2 according to BS7655, UNE-EN 50363-3 and EN 50363-3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 Sheath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PVC sheath type TM-2 according to BS7655, UNE-EN 50363-4-1 and EN 50363-4-1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Nominal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300/300 V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2.000 V A.C.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Maximum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 °C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Other characteristics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Colours according to UNE 21089 and HD 303S2 (colour marking when less than five conductors) and UNE-EN 50334 and EN 50334 (inscription marking when more than five conductors)Non-flame propagating according to UNE-EN 60332-1-2, EN 60332-1-2 and IEC 60332-1-2PVC with reduced hydrogen chloride (HCI) emissionCPR Classification according to EN 50575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H03VV-F Light Duty PVC Flexible Cord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H03VV-F Light Duty PVC Flexible Cord</dc:title>
  <dc:subject>NexPro English product specification</dc:subject>
  <dc:creator>NexPro</dc:creator>
  <cp:keywords>H03VV-F, H05VV-F, 60227 IEC 53 (RVV) | RVV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