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H01N2-D Welding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H01N2-D | H05RR-F | H05RN-F | H07RN-F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5628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9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5628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1624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9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2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30998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0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3099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81952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02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819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H01N2-D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H05RR-F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H05RN-F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H07RN-F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H01N2-D Welding Cable is supplied as a configurable rubber flexible cable product family. Catalog models are preserved exactly as H01N2-D.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Rubber flexible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H01N2-D | H05RR-F | H05RN-F | H07RN-F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H01N2-D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H01N2-D Welding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H01N2-D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H05RR-F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H05RR-F Ordinary Duty Rubber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H05RR-F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H05RN-F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H05RN-F Oil-Resistant Rubber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H05RN-F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H07RN-F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H07RN-F Heavy Duty Rubber Trailing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H07RN-F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H01N2-D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H05RR-F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H05RN-F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H07RN-F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Cable 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Rubber flexible cable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Rubber flexible cable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Rubber flexible cable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Rubber flexible cable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Catalog model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H01N2-D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H05RR-F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H05RN-F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H07RN-F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Configuration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Select from source table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Select from source table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Select from source table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Select from source table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Manufacturer models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H01N2-D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H05RR-F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H05RN-F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H07RN-F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10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 | Nom. outer diam. (mm): 9 | Max. Resistance of Conductor @ 20°C (Ω/Km): 1.91 | Approx.weight (kg/km): 165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16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 | Nom. outer diam. (mm): 10 | Max. Resistance of Conductor @ 20°C (Ω/Km): 1.21 | Approx.weight (kg/km): 202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25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 | Nom. outer diam. (mm): 11.5 | Max. Resistance of Conductor @ 20°C (Ω/Km): 0.78 | Approx.weight (kg/km): 299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35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 | Nom. outer diam. (mm): 12.5 | Max. Resistance of Conductor @ 20°C (Ω/Km): 0.554 | Approx.weight (kg/km): 395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50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2.2 | Nom. outer diam. (mm): 14.5 | Max. Resistance of Conductor @ 20°C (Ω/Km): 0.386 | Approx.weight (kg/km): 540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70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2.4 | Nom. outer diam. (mm): 16.5 | Max. Resistance of Conductor @ 20°C (Ω/Km): 0.272 | Approx.weight (kg/km): 752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95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2.6 | Nom. outer diam. (mm): 18.5 | Max. Resistance of Conductor @ 20°C (Ω/Km): 0.206 | Approx.weight (kg/km): 988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120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Nom. Insulation Thickness</w:t>
              <w:br/>
              <w:t>(mm): 2.8 | Nom. outer diam. (mm): 20.5 | Max. Resistance of Conductor @ 20°C (Ω/Km): 0.161 | Approx.weight (kg/km): 1227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Specification status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 numeric source table was published for this 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 numeric source table was published for this 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 numeric source table was published for this product family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Selection guidance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H01N2-D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 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Insulation Thickness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outer diam.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Max. Resistance of Conductor @ 20°C (Ω/Km)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Approx.weight (kg/km)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299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0.554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0.272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0.206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0.161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1227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0.129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1529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H01N2-D Welding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H01N2-D Welding Cable</dc:title>
  <dc:subject>NexPro English product specification</dc:subject>
  <dc:creator>NexPro</dc:creator>
  <cp:keywords>H01N2-D, H05RR-F, H05RN-F, H07RN-F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