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BVVB Flat PVC Insulated and Sheathed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BVVB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9643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43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BVVB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BVVB Flat PVC Insulated and Sheathed Wire is supplied as a configurable flat sheathed house wire product family. Catalog models are preserved exactly as BVVB.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Flat sheathed house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BVVB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BVVB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BVVB Flat PVC Insulated and Sheathed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Flat sheathed house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BVVB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Flat sheathed house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BVVB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BVVB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Electrical panels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BVVB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BVVB Flat PVC Insulated and Sheathed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BVVB Flat PVC Insulated and Sheathed Wire</dc:title>
  <dc:subject>NexPro English product specification</dc:subject>
  <dc:creator>NexPro</dc:creator>
  <cp:keywords>BVVB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