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CABLE &amp; WIRE FOR ELECTRICAL, ELV AND INDUSTRIAL PROJECTS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BS 6004 624-Y Twin and Earth PVC Cable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Models: 624-Y | NYM-J | NYM-O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595976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_html-106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595976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595976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2_detail_html-107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595976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591546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3_detail_html-108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591546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591546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4_detail_html-109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591546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624-Y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624-Y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624-Y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624-Y · Gallery</w:t>
            </w:r>
          </w:p>
        </w:tc>
      </w:tr>
    </w:tbl>
    <w:p>
      <w:pPr>
        <w:keepNext w:val="0"/>
        <w:spacing w:before="0" w:after="20" w:line="252" w:lineRule="auto"/>
      </w:pP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3440"/>
        <w:gridCol w:w="3440"/>
        <w:gridCol w:w="3440"/>
      </w:tblGrid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919757" cy="1143000"/>
                  <wp:docPr id="6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5_detail_html-110.jpg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975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987841" cy="1143000"/>
                  <wp:docPr id="7" name="Picture 7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6_detail_html-111.jp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784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673062"/>
                  <wp:docPr id="8" name="Picture 8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_html-125.jpg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673062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624-Y · Gallery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624-Y · Gallery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NYM-J | NYM-O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NexPro BS 6004 624-Y Twin and Earth PVC Cable is supplied as a configurable fixed installation cable product family. Catalog models are preserved exactly as 624-Y. Use the source-derived tables below to select the required conductor construction, core arrangement, cross-section and dimensions.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Cable &amp; Wire for Electrical, ELV and Industrial Projects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Fixed installation cable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624-Y | NYM-J | NYM-O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Building wiring, Electrical panels, Fixed installation projects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COMPARISON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Cable category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Catalog model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Configuration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624-Y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BS 6004 624-Y Twin and Earth PVC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Fixed installation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624-Y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NYM-J | NYM-O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NYM-J / NYM-O PVC Installation Cable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Fixed installation cable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NYM-J | NYM-O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3660"/>
        <w:gridCol w:w="366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624-Y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NYM-J | NYM-O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Cable category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Fixed installation cable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Fixed installation cable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Catalog model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624-Y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NYM-J | NYM-O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Configuration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Select from source table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Select from source table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Manufacturer models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624-Y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NYM-J / NYM-O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Specification status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 numeric source table was published for this product family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Not provided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Selection guidance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the exact model, voltage rating, conductor or core configuration, cross-section, installation conditions, required length and applicable project requirements in the RFQ.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Not provided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2 x 1.5 RE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Not provided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Specified value: 12.1 | Value 2: 0.42 | Value 3: 8.8 | Value 4: 115 | Value 5: 100 R, 500 Sp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3 x 1.5 RE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Not provided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Specified value: 12.1 | Value 2: 0.44 | Value 3: 8.5 | Value 4: 120 | Value 5: 100 R, 500 Sp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4 x 1.5 RE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Not provided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Specified value: 12.1 | Value 2: 0.53 | Value 3: 9.3 | Value 4: 145 | Value 5: 100 R, 500 Sp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5 x 1.5 RE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Not provided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Specified value: 12.1 | Value 2: 0.58 | Value 3: 10.2 | Value 4: 170 | Value 5: 100 R, 500 Sp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7 x 1.5 RE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Not provided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Specified value: 12.1 | Value 2: 0.67 | Value 3: 12.3 | Value 4: 235 | Value 5: 1000 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10 x 1.5 RE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Not provided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Specified value: 12.1 | Value 2: 1.05 | Value 3: 14.3 | Value 4: 330 | Value 5: 500 Sp, 1000 Sp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12 x 1.5 RE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Not provided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Specified value: 12.1 | Value 2: 1.17 | Value 3: 14.4 | Value 4: 400 | Value 5: 100 R, 500 Sp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3 x 2.5 RE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Not provided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Specified value: 7.41 | Value 2: 0.58 | Value 3: 9.9 | Value 4: 165 | Value 5: 100 R, 500 Sp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NYM-J | NYM-O · NYM-J or -O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1720"/>
        <w:gridCol w:w="1720"/>
        <w:gridCol w:w="1720"/>
        <w:gridCol w:w="1720"/>
        <w:gridCol w:w="1720"/>
        <w:gridCol w:w="1720"/>
      </w:tblGrid>
      <w:tr>
        <w:trPr>
          <w:tblHeader w:val="true"/>
        </w:trPr>
        <w:tc>
          <w:tcPr>
            <w:tcW w:type="dxa" w:w="172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172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Specified value</w:t>
            </w:r>
          </w:p>
        </w:tc>
        <w:tc>
          <w:tcPr>
            <w:tcW w:type="dxa" w:w="172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Value 2</w:t>
            </w:r>
          </w:p>
        </w:tc>
        <w:tc>
          <w:tcPr>
            <w:tcW w:type="dxa" w:w="172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Value 3</w:t>
            </w:r>
          </w:p>
        </w:tc>
        <w:tc>
          <w:tcPr>
            <w:tcW w:type="dxa" w:w="172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Value 4</w:t>
            </w:r>
          </w:p>
        </w:tc>
        <w:tc>
          <w:tcPr>
            <w:tcW w:type="dxa" w:w="172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Value 5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 x 1.5 RE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12.1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0.42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8.8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115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 R, 500 Sp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 x 1.5 RE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12.1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0.44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8.5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 R, 500 Sp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x 1.5 RE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12.1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0.53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9.3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145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 R, 500 Sp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 x 1.5 RE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12.1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0.58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10.2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170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 R, 500 Sp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 x 1.5 RE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12.1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0.67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12.3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235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1000 D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 x 1.5 RE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12.1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1.05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14.3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330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500 Sp, 1000 Sp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 x 1.5 RE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12.1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1.17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14.4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400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 R, 500 Sp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 x 2.5 RE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7.41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0.58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9.9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165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 R, 500 Sp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x 2.5 RE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7.41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0.67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10.7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205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 R, 500 Sp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 x 2.5 RE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7.41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0.72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11.7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245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 R, 500 Sp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 x 2.5 RE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7.41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0.88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14.5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335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1000 D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 x 4 RE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4.61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0.72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10.8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265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1000 D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x 4 RE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4.61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0.92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12.8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305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1000 D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 x 4 RE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4.61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1.11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13.9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370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1000 D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 x 6 RE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3.08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1.28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15.1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1000 D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BS 6004 624-Y Twin and Earth PVC Cable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Relationship Id="rId15" Type="http://schemas.openxmlformats.org/officeDocument/2006/relationships/image" Target="media/image6.jpg"/><Relationship Id="rId16" Type="http://schemas.openxmlformats.org/officeDocument/2006/relationships/image" Target="media/image7.jpg"/><Relationship Id="rId17" Type="http://schemas.openxmlformats.org/officeDocument/2006/relationships/image" Target="media/image8.jpg"/><Relationship Id="rId18" Type="http://schemas.openxmlformats.org/officeDocument/2006/relationships/image" Target="media/image9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 6004 624-Y Twin and Earth PVC Cable</dc:title>
  <dc:subject>NexPro English product specification</dc:subject>
  <dc:creator>NexPro</dc:creator>
  <cp:keywords>624-Y, NYM-J | NYM-O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