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YJV22 Copper XLPE Insulated Steel Tape Armoured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YJV22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9829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9829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39385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8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38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35223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_detail_html-18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22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38785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_detail_html-190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78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YJV22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YJV22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YJV22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YJV22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03555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_detail_html-191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55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15678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_detail_html-192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67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YJV22 · Gallery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YJV22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YJV22 Copper XLPE Insulated Steel Tape Armoured Cable is supplied as a configurable armoured xlpe power cable product family. Catalog models are preserved exactly as YJV22.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Armoured XLPE power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YJV22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distribution, Industrial power projects, Fixed and buried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YJV22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YJV22 Copper XLPE Insulated Steel Tape Armoured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Armoured XLPE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YJV22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Armoured XLPE power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YJV22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YJV22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power projects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and buried installations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YJV22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Armoured XLPE power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Armoured XLPE power cable</dc:title>
  <dc:subject>NexPro English product specification</dc:subject>
  <dc:creator>NexPro</dc:creator>
  <cp:keywords>YJV22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