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YJLV22 Aluminum XLPE Insulated Steel Tape Armoured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YJLV22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3508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08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YJLV22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YJLV22 Aluminum XLPE Insulated Steel Tape Armoured Cable is supplied as a configurable armoured aluminum power cable product family. Catalog models are preserved exactly as YJLV22.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Armoured aluminum power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YJLV22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distribution, Industrial power projects, Fixed and buried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YJLV22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YJLV22 Aluminum XLPE Insulated Steel Tape Armoured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Armoured aluminum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YJLV22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Armoured aluminum power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YJLV22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YJLV22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power projects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Fixed and buried installations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YJLV22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Armoured aluminum power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Armoured aluminum power cable</dc:title>
  <dc:subject>NexPro English product specification</dc:subject>
  <dc:creator>NexPro</dc:creator>
  <cp:keywords>YJLV22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