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YJLV Aluminum XLPE Insulated PVC Sheathed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YJLV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6573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93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7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YJLV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YJLV Aluminum XLPE Insulated PVC Sheathed Cable is supplied as a configurable aluminum xlpe power cable product family. Catalog models are preserved exactly as YJLV.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Aluminum XLPE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YJLV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YJLV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 Aluminum XLPE Insulated PVC Sheathed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Aluminum XLPE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Aluminum XLPE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Aluminum XLPE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Aluminum XLPE power cable</dc:title>
  <dc:subject>NexPro English product specification</dc:subject>
  <dc:creator>NexPro</dc:creator>
  <cp:keywords>YJLV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