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VV PVC Insulated PVC Sheathed Power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VV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17654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86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65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VV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VV PVC Insulated PVC Sheathed Power Cable is supplied as a configurable low-voltage power cable product family. Catalog models are preserved exactly as VV.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VV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distribution, Industrial power projects, Fixed and buried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VV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VV PVC Insulated PVC Sheathed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Low-voltage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VV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Low-voltage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power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and buried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VV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Low-voltage power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Low-voltage power cable</dc:title>
  <dc:subject>NexPro English product specification</dc:subject>
  <dc:creator>NexPro</dc:creator>
  <cp:keywords>VV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