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Photovoltaic Solar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PV Solar Cable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5586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18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86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7423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19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23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70649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_detail_html-12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64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PV Solar Cable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PV Solar Cable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PV Solar Cable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Photovoltaic Solar Cable is supplied as a configurable photovoltaic cable product family. Catalog models are preserved exactly as PV Solar Cable.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Photovoltaic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PV Solar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Solar and utility projects, Outdoor distribution, Project-specific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PV Solar Cable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Photovoltaic Solar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Photovoltaic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PV Solar Cable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Photovoltaic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PV Solar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PV Solar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1.5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0.25/30 | conductor outer diameter mm: 1.6 | Insulation thickness mm: 0.5 | Sheath thickness mm: 0.5 | Finished outer diameter mm: 3.6-4.0 | Approximate weight /km/kg: 32.33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2.5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0.25/49 | conductor outer diameter mm: 2.1 | Insulation thickness mm: 0.5 | Sheath thickness mm: 0.5 | Finished outer diameter mm: 4.1-4.4 | Approximate weight /km/kg: 36.82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0.30/56 | conductor outer diameter mm: 2.6 | Insulation thickness mm: 0.7 | Sheath thickness mm: 0.7 | Finished outer diameter mm: 5.4-5.7 | Approximate weight /km/kg: 67.89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6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0.30/84 | conductor outer diameter mm: 3.2 | Insulation thickness mm: 0.7 | Sheath thickness mm: 0.7 | Finished outer diameter mm: 6.5-6.9 | Approximate weight /km/kg: 75.44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0.40/80 | conductor outer diameter mm: 4.1 | Insulation thickness mm: 0.8 | Sheath thickness mm: 0.7 | Finished outer diameter mm: 7.1-7.5 | Approximate weight /km/kg: 95.64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16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0.40/126 | conductor outer diameter mm: 5.2 | Insulation thickness mm: 0.8 | Sheath thickness mm: 0.7 | Finished outer diameter mm: 8.2-8.7 | Approximate weight /km/kg: 110.46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0.40/196 | conductor outer diameter mm: 6.5 | Insulation thickness mm: 1 | Sheath thickness mm: 0.9 | Finished outer diameter mm: 10.3-10.7 | Approximate weight /km/kg: 175.75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0.40/276 | conductor outer diameter mm: 7.7 | Insulation thickness mm: 1 | Sheath thickness mm: 0.9 | Finished outer diameter mm: 11.5-12.5 | Approximate weight /km/kg: 196.22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PV Solar Cable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1474"/>
        <w:gridCol w:w="1474"/>
        <w:gridCol w:w="1474"/>
        <w:gridCol w:w="1474"/>
        <w:gridCol w:w="1474"/>
        <w:gridCol w:w="1474"/>
        <w:gridCol w:w="1476"/>
      </w:tblGrid>
      <w:tr>
        <w:trPr>
          <w:tblHeader w:val="true"/>
        </w:trPr>
        <w:tc>
          <w:tcPr>
            <w:tcW w:type="dxa" w:w="147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Cross-sectional area mm²</w:t>
            </w:r>
          </w:p>
        </w:tc>
        <w:tc>
          <w:tcPr>
            <w:tcW w:type="dxa" w:w="147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Monofilament diameter mm / number of pieces</w:t>
            </w:r>
          </w:p>
        </w:tc>
        <w:tc>
          <w:tcPr>
            <w:tcW w:type="dxa" w:w="147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conductor outer diameter mm</w:t>
            </w:r>
          </w:p>
        </w:tc>
        <w:tc>
          <w:tcPr>
            <w:tcW w:type="dxa" w:w="147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Insulation thickness mm</w:t>
            </w:r>
          </w:p>
        </w:tc>
        <w:tc>
          <w:tcPr>
            <w:tcW w:type="dxa" w:w="147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Sheath thickness mm</w:t>
            </w:r>
          </w:p>
        </w:tc>
        <w:tc>
          <w:tcPr>
            <w:tcW w:type="dxa" w:w="147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Finished outer diameter mm</w:t>
            </w:r>
          </w:p>
        </w:tc>
        <w:tc>
          <w:tcPr>
            <w:tcW w:type="dxa" w:w="1476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Approximate weight /km/kg</w:t>
            </w:r>
          </w:p>
        </w:tc>
      </w:tr>
      <w:tr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1.5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0.25/30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3.6-4.0</w:t>
            </w:r>
          </w:p>
        </w:tc>
        <w:tc>
          <w:tcPr>
            <w:tcW w:type="dxa" w:w="147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32.33</w:t>
            </w:r>
          </w:p>
        </w:tc>
      </w:tr>
      <w:tr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2.5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0.25/49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2.1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4.1-4.4</w:t>
            </w:r>
          </w:p>
        </w:tc>
        <w:tc>
          <w:tcPr>
            <w:tcW w:type="dxa" w:w="147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36.82</w:t>
            </w:r>
          </w:p>
        </w:tc>
      </w:tr>
      <w:tr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0.30/56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5.4-5.7</w:t>
            </w:r>
          </w:p>
        </w:tc>
        <w:tc>
          <w:tcPr>
            <w:tcW w:type="dxa" w:w="147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67.89</w:t>
            </w:r>
          </w:p>
        </w:tc>
      </w:tr>
      <w:tr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0.30/84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3.2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6.5-6.9</w:t>
            </w:r>
          </w:p>
        </w:tc>
        <w:tc>
          <w:tcPr>
            <w:tcW w:type="dxa" w:w="147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75.44</w:t>
            </w:r>
          </w:p>
        </w:tc>
      </w:tr>
      <w:tr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0.40/80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4.1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7.1-7.5</w:t>
            </w:r>
          </w:p>
        </w:tc>
        <w:tc>
          <w:tcPr>
            <w:tcW w:type="dxa" w:w="147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95.64</w:t>
            </w:r>
          </w:p>
        </w:tc>
      </w:tr>
      <w:tr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0.40/126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8.2-8.7</w:t>
            </w:r>
          </w:p>
        </w:tc>
        <w:tc>
          <w:tcPr>
            <w:tcW w:type="dxa" w:w="147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110.46</w:t>
            </w:r>
          </w:p>
        </w:tc>
      </w:tr>
      <w:tr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0.40/196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6.5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10.3-10.7</w:t>
            </w:r>
          </w:p>
        </w:tc>
        <w:tc>
          <w:tcPr>
            <w:tcW w:type="dxa" w:w="147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175.75</w:t>
            </w:r>
          </w:p>
        </w:tc>
      </w:tr>
      <w:tr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0.40/276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7.7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11.5-12.5</w:t>
            </w:r>
          </w:p>
        </w:tc>
        <w:tc>
          <w:tcPr>
            <w:tcW w:type="dxa" w:w="147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196.22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Photovoltaic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Photovoltaic cable</dc:title>
  <dc:subject>NexPro English product specification</dc:subject>
  <dc:creator>NexPro</dc:creator>
  <cp:keywords>PV Solar Cable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