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NYY 0.6/1 kV PVC Power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NYY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0086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34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0086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3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NYY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NYY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NYY 0.6/1 kV PVC Power Cable is supplied as a configurable low-voltage power cable product family. Catalog models are preserved exactly as NYY.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power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NYY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distribution, Industrial power projects, Fixed and buried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NYY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NYY 0.6/1 kV PVC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Low-voltage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NYY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Low-voltage power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NYY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NYY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Nominal voltage Uo/U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 | Value 2: [V] | Value 3: 600 / 1000 Volt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Test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 | Value 2: [V]_{AC} | Value 3: 4000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Temperature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in motion | Value 2:  | Value 3: - 5°C till +70°C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fixed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 | Value 2: -20°C till +70°C | Value 3: —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Bending radius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single-core style | Value 2: x diameter | Value 3: 15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multi-core style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x diameter | Value 2: 12 | Value 3: —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Flammability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standard | Value 2:  | Value 3: EN 60332-1-2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NYY · Technical data: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Specified value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Value 2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Value 3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Nominal voltage Uo/U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[V]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600 / 1000 Volt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Test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[V]_{AC}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Temperature range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 motion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- 5°C till +70°C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fixed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-20°C till +70°C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Bending radius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single-core style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x diameter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multi-core style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x diameter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Flammability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standard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 60332-1-2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NYY · Source Specification Table 2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1720"/>
        <w:gridCol w:w="1720"/>
        <w:gridCol w:w="1720"/>
        <w:gridCol w:w="1720"/>
        <w:gridCol w:w="1720"/>
        <w:gridCol w:w="1720"/>
      </w:tblGrid>
      <w:tr>
        <w:trPr>
          <w:tblHeader w:val="true"/>
        </w:trPr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Number of cores and nominal cross section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Copper figure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Overall diameter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Weight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Current carrying capacity ground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Current carrying capacity air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mm^2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kg/km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appr. mm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kg/km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4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38,4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6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57,6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10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96,0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64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16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153,6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84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240,0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114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35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336,0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164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139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50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480,0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640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169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70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672,0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213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95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912,0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1.120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286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264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120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1.152,0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1.375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307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150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1.440,0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1.660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352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185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1.776,0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2.050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240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2.304,0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2.634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479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483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300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2.880,0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3.295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557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Low-voltage power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Low-voltage power cable</dc:title>
  <dc:subject>NexPro English product specification</dc:subject>
  <dc:creator>NexPro</dc:creator>
  <cp:keywords>NYY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