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NYM-J / NYM-O PVC Installation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NYM-J | NYM-O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7306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2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7306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NYM-J | NYM-O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NYM-J / NYM-O PVC Installation Cable is supplied as a configurable fixed installation cable product family. Catalog models are preserved exactly as NYM-J, NYM-O.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installation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NYM-J | NYM-O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Building wiring, Electrical panels, Fixed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NYM-J | NYM-O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NYM-J / NYM-O PVC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Fixed installation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NYM-J | NYM-O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Fixed installation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NYM-J | NYM-O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NYM-J / NYM-O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 x 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12.1 | Value 2: 0.42 | Value 3: 8.8 | Value 4: 115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 x 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12.1 | Value 2: 0.44 | Value 3: 8.5 | Value 4: 120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 x 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12.1 | Value 2: 0.53 | Value 3: 9.3 | Value 4: 145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5 x 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12.1 | Value 2: 0.58 | Value 3: 10.2 | Value 4: 170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7 x 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12.1 | Value 2: 0.67 | Value 3: 12.3 | Value 4: 235 | Value 5: 1000 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10 x 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12.1 | Value 2: 1.05 | Value 3: 14.3 | Value 4: 330 | Value 5: 500 Sp, 1000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12 x 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12.1 | Value 2: 1.17 | Value 3: 14.4 | Value 4: 400 | Value 5: 100 R, 500 Sp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 x 2.5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Specified value: 7.41 | Value 2: 0.58 | Value 3: 9.9 | Value 4: 165 | Value 5: 100 R, 500 Sp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NYM-J | NYM-O · NYM-J or -O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Specified value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2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3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4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Value 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1.5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1.5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 x 1.5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1.05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 Sp, 1000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 x 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2.5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9.9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2.5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2.5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 R, 500 Sp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 x 2.5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 x 4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4.61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x 4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4.61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0.92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4 RE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4.61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 x 6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1000 D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Fixed installation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Fixed installation cable</dc:title>
  <dc:subject>NexPro English product specification</dc:subject>
  <dc:creator>NexPro</dc:creator>
  <cp:keywords>NYM-J | NYM-O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