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NHXMH Halogen-Free Sheathed Installation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NHXMH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5329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50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532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NHXMH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NHXMH Halogen-Free Sheathed Installation Cable is supplied as a configurable halogen-free installation cable product family. Catalog models are preserved exactly as NHXMH.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Halogen-free installation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NHXMH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NHXMH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NHXMH Halogen-Free Sheathed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Halogen-free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NHXMH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Halogen-free installation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NHXMH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NHXMH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[V]_{AC} | 300 / 500 Volt: 2000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 | 300 / 500 Volt: -5°C till +70°C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short circuit | [V]: °C | 300 / 500 Volt: 160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Short circuit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max. | [V]: [sec] | 300 / 500 Volt: 5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x diameter | 300 / 500 Volt: 12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standard | [V]:  | 300 / 500 Volt: EN 50266-2-4 | Column 5: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Source parameter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 | 300 / 500 Volt: EN 60332-1 | Column 5:; Column 2:  | [V]:  | 300 / 500 Volt: IEC 60332-3 Kat.C | Column 5: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NHXMH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voltage Uo/U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2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[V]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300 / 500 Volt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-5°C till +70°C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max.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[sec]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50266-2-4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60332-1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IEC 60332-3 Kat.C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Number of cores and nominal cross section mm^2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Copper figurekg/km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Cond. construction (appr. value)mm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Overall diameter appr. 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8,7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2,5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11,2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12,7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3,56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15,3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9,7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3,56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16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640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1,70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1,5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1,38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1,78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11,5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2,76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Halogen-free installation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Halogen-free installation cable</dc:title>
  <dc:subject>NexPro English product specification</dc:subject>
  <dc:creator>NexPro</dc:creator>
  <cp:keywords>NHXMH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