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N2XY 0.6/1 kV XLPE/PVC Power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N2XY-J | N2XY-O | N2XY-JZ | N2XY-OZ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58026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39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5802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N2XY-J | N2XY-O | N2XY-JZ | N2XY-OZ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N2XY 0.6/1 kV XLPE/PVC Power Cable is supplied as a configurable low-voltage power cable product family. Catalog models are preserved exactly as N2XY-J, N2XY-O, N2XY-JZ, N2XY-OZ.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N2XY-J | N2XY-O | N2XY-JZ | N2XY-OZ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N2XY-J | N2XY-O | N2XY-JZ | N2XY-OZ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N2XY 0.6/1 kV XLPE/PVC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Low-voltage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N2XY-J | N2XY-O | N2XY-JZ | N2XY-OZ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Low-voltage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N2XY-J | N2XY-O | N2XY-JZ | N2XY-OZ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N2XY-J / N2XY-O / N2XY-JZ / N2XY-OZ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Source parameter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With protective conductor: N2XY-J | Without protective conductor: N2XY-O; With protective conductor: N2XY-JZ | Without protective conductor: N2XY-OZ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1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With protective conductor: gn/ye | Without protective conductor: bk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With protective conductor: - | Without protective conductor: bu, bn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3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With protective conductor: gn/ye, bu, bn | Without protective conductor: bn, bk, gy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With protective conductor: gn/ye, bn, bk, gy | Without protective conductor: bu, bn, bk, gy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With protective conductor: gn/ye, bu, bn, bk, gy | Without protective conductor: bu, bn, bk, gy, bk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&gt;5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With protective conductor: gn/ye, black cores with white numbering | Without protective conductor: black cores with white numbering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N2XY-J | N2XY-O | N2XY-JZ | N2XY-OZ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Number of cores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With protective conductor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Without protective conductor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N2XY-J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N2XY-O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gn/ye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bk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bu, bn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gn/ye, bu, bn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bn, bk, gy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gn/ye, bn, bk, gy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bu, bn, bk, gy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gn/ye, bu, bn, bk, gy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bu, bn, bk, gy, bk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N2XY-JZ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N2XY-OZ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&gt;5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gn/ye, black cores with white numbering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cores with white numbering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Low-voltage power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Low-voltage power cable</dc:title>
  <dc:subject>NexPro English product specification</dc:subject>
  <dc:creator>NexPro</dc:creator>
  <cp:keywords>N2XY-J | N2XY-O | N2XY-JZ | N2XY-OZ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