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N2XH-J LSZH Low-Voltage Power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N2XH-J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4900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47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00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36769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4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36769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N2XH-J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N2XH-J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N2XH-J LSZH Low-Voltage Power Cable is supplied as a configurable lszh power cable product family. Catalog models are preserved exactly as N2XH-J.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LSZH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N2XH-J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buildings, Emergency circuits, Low-smoke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N2XH-J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N2XH-J LSZH Low-Voltage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LSZH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N2XH-J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LSZH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N2XH-J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N2XH-J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Emergency circuits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Low-smoke installation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N2XH-J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LSZH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LSZH power cable</dc:title>
  <dc:subject>NexPro English product specification</dc:subject>
  <dc:creator>NexPro</dc:creator>
  <cp:keywords>N2XH-J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