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H07RN-F Heavy Duty Rubber Trailing Cable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H07RN-F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526831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102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52683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H07RN-F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H07RN-F Heavy Duty Rubber Trailing Cable is supplied as a configurable rubber flexible cable product family. Catalog models are preserved exactly as H07RN-F.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Rubber flexible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H07RN-F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equipment, Mobile machinery, Demanding flexible installations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H07RN-F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H07RN-F Heavy Duty Rubber Trailing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Rubber flexible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H07RN-F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Rubber flexible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H07RN-F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H07RN-F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numeric source table was published for this product family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equipment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Mobile machinery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Demanding flexible installations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conductor material and construction, core count and cross-section.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voltage/model, installation method and environmental conditions.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required length, drum or coil packing, quantity and destination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cable type, size and length · Lead time — Confirm after specification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H07RN-F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Rubber flexible cable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Rubber flexible cable</dc:title>
  <dc:subject>NexPro English product specification</dc:subject>
  <dc:creator>NexPro</dc:creator>
  <cp:keywords>H07RN-F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