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H05VV-F Ordinary Duty PVC Flexible Cable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H05VV-F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03878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093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387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14823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2_detail_html-095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82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59423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3_detail_html-096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42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99834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4_detail_html-097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99834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H05VV-F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H05VV-F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H05VV-F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H05VV-F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H05VV-F Ordinary Duty PVC Flexible Cable is supplied as a configurable pvc flexible cord product family. Catalog models are preserved exactly as H05VV-F.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PVC flexible cord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H05VV-F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Equipment connections, Flexible wiring, OEM electrical assemblies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H05VV-F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H05VV-F Ordinary Duty PVC Flexible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PVC flexible cord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H05VV-F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PVC flexible cord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H05VV-F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H05VV-F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 status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numeric source table was published for this product family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Selection guidance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the exact model, voltage rating, conductor or core configuration, cross-section, installation conditions, required length and applicable project requirements in the RFQ.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Equipment connections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Flexible wiring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OEM electrical assemblies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conductor material and construction, core count and cross-section.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voltage/model, installation method and environmental conditions.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required length, drum or coil packing, quantity and destination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cable type, size and length · Lead time — Confirm after specification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H05VV-F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PVC flexible cord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PVC flexible cord</dc:title>
  <dc:subject>NexPro English product specification</dc:subject>
  <dc:creator>NexPro</dc:creator>
  <cp:keywords>H05VV-F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