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CABLE &amp; WIRE FOR ELECTRICAL, ELV AND INDUSTRIAL PROJECTS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H05V-R / H07V-R PVC Insulated Stranded Building Wire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H05V-R | H07V-R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637348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1_main_html-082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637348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H05V-R | H07V-R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NexPro H05V-R / H07V-R PVC Insulated Stranded Building Wire is supplied as a configurable single-core building wire product family. Catalog models are preserved exactly as H05V-R, H07V-R. Use the source-derived tables below to select the required conductor construction, core arrangement, cross-section and dimensions.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Cable &amp; Wire for Electrical, ELV and Industrial Projects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Single-core building wire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H05V-R | H07V-R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Building wiring, Electrical panels, Fixed installation projects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Cable category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Catalog model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Configuration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H05V-R | H07V-R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H05V-R / H07V-R PVC Insulated Stranded Building Wire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Single-core building wire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H05V-R | H07V-R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Select from source table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Cable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Single-core building wire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Catalog model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H05V-R | H07V-R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Select from source table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Manufacturer models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H05V-R / H07V-R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Specification status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 numeric source table was published for this product family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Selection guidance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the exact model, voltage rating, conductor or core configuration, cross-section, installation conditions, required length and applicable project requirements in the RFQ.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Building wiring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Electrical panels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Fixed installation projects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conductor material and construction, core count and cross-section.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voltage/model, installation method and environmental conditions.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required length, drum or coil packing, quantity and destination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cable type, size and length · Lead time — Confirm after specification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H05V-R | H07V-R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Single-core building wire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Single-core building wire</dc:title>
  <dc:subject>NexPro English product specification</dc:subject>
  <dc:creator>NexPro</dc:creator>
  <cp:keywords>H05V-R | H07V-R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