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H05RN-F Oil-Resistant Rubber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H05RN-F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3241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3241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H05RN-F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H05RN-F Oil-Resistant Rubber Cable is supplied as a configurable rubber flexible cable product family. Catalog models are preserved exactly as H05RN-F.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Rubber flexible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H05RN-F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H05RN-F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H05RN-F Oil-Resistant Rubber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H05RN-F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Rubber flexible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H05RN-F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H05RN-F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machinery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Demanding flexible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H05RN-F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Rubber flexible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Rubber flexible cable</dc:title>
  <dc:subject>NexPro English product specification</dc:subject>
  <dc:creator>NexPro</dc:creator>
  <cp:keywords>H05RN-F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