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FLRY-B Thin-Wall Automotive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FLRY-B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5288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3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528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092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3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FLRY-B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FLRY-B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FLRY-B Thin-Wall Automotive Wire is supplied as a configurable automotive cable product family. Catalog models are preserved exactly as FLRY-B.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Automotive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FLRY-B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FLRY-B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FLRY-B Thin-Wall Automotive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Automotive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FLRY-B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Automotive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FLRY-B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FLRY-B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Nominal Cross-section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No. and Dia. of Wires | Insulation: Diameter max. | Cable: Resistance at 20°C Bare/Tinned max.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mm^2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No./mm | Insulation: mm | Cable: mΩ/m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1x0.35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12/0.21 | Insulation: 0.90 | Cable: 52.00/5.50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1x0.50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16/0.21 | Insulation: 1.00 | Cable: 37.10/38.20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1x0.75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24/0.21 | Insulation: 1.20 | Cable: 24.70/25.40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1x1.00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32/0.21 | Insulation: 1.35 | Cable: 18.50/19.10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1x1.50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30/0.26 | Insulation: 1.70 | Cable: 12.70/13.00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1x2.00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30/0.31 | Insulation: 1.90 | Cable: 9.31/9.59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FLRY-B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1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Insulation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Cable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Cross-section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No. and Dia. of Wires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Diameter max.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Resistance at 20°C Bare/Tinned max.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mm^2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No./mm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mΩ/m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1x0.35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12/0.21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52.00/5.50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1x0.50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16/0.21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37.10/38.20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1x0.75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24/0.21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24.70/25.40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32/0.21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1.35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18.50/19.10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1x1.50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30/0.26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12.70/13.00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1x2.00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30/0.31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9.31/9.59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1x2.50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50/0.26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2.20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7.60/7.80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1x3.00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45/0.31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6.21/6.40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1x4.00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56/0.31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2.75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4.70/4.80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1x6.00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84/0.31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3.30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3.10/3.20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1x10.00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80/0.41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1.82/1.85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1x16.00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126/0.41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6.30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1.16/1.18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1x25.00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196/0.41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7.80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0.74/0.76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Automotive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Automotive cable</dc:title>
  <dc:subject>NexPro English product specification</dc:subject>
  <dc:creator>NexPro</dc:creator>
  <cp:keywords>FLRY-B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