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BVR PVC Insulated Flexible Copper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BVR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1535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3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BVR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BVR PVC Insulated Flexible Copper Wire is supplied as a configurable house wire product family. Catalog models are preserved exactly as BVR.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House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BVR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BVR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BVR PVC Insulated Flexible Copper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House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BVR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House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BVR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BVR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Flexible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OEM electrical assemblies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BVR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House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 wire</dc:title>
  <dc:subject>NexPro English product specification</dc:subject>
  <dc:creator>NexPro</dc:creator>
  <cp:keywords>BVR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