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BS 6004 624-Y Twin and Earth PVC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624-Y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597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0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597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5976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0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597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154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10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15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154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_detail_html-10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15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9757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_detail_html-110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7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8784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_detail_html-111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84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BS 6004 624-Y Twin and Earth PVC Cable is supplied as a configurable fixed installation cable product family. Catalog models are preserved exactly as 624-Y.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624-Y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624-Y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BS 6004 624-Y Twin and Earth PVC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Fixed installation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624-Y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Fixed installation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624-Y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624-Y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Electrical panels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624-Y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Fixed installation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Fixed installation cable</dc:title>
  <dc:subject>NexPro English product specification</dc:subject>
  <dc:creator>NexPro</dc:creator>
  <cp:keywords>624-Y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