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RV PVC Insulated Flexible Wire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60227 IEC 02 (RV) | 60227 IEC 06 (RV)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6986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86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60227 IEC 02 (RV) | 60227 IEC 06 (RV)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RV PVC Insulated Flexible Wire is supplied as a configurable flexible wire product family. Catalog models are preserved exactly as 60227 IEC 02 (RV), 60227 IEC 06 (RV).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Flexible wire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60227 IEC 02 (RV) | 60227 IEC 06 (RV)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connections, Flexible wiring, OEM electrical assemblies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60227 IEC 02 (RV) | 60227 IEC 06 (RV)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RV PVC Insulated Flexible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Flexible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60227 IEC 02 (RV) | 60227 IEC 06 (RV)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Flexible wire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60227 IEC 02 (RV) | 60227 IEC 06 (RV)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60227 IEC 02 (RV) / 60227 IEC 06 (RV)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connections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Flexible wiring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OEM electrical assemblies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60227 IEC 02 (RV) | 60227 IEC 06 (RV)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Flexible wire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Flexible wire</dc:title>
  <dc:subject>NexPro English product specification</dc:subject>
  <dc:creator>NexPro</dc:creator>
  <cp:keywords>60227 IEC 02 (RV) | 60227 IEC 06 (RV)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