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BV PVC Insulated Solid Copper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60227 IEC 01 (BV)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0116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16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60227 IEC 01 (BV)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BV PVC Insulated Solid Copper Wire is supplied as a configurable house wire product family. Catalog models are preserved exactly as 60227 IEC 01 (BV).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House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60227 IEC 01 (BV)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60227 IEC 01 (BV)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BV PVC Insulated Solid Copper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House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60227 IEC 01 (BV)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House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01 (BV)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01 (BV)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Electrical panels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01 (BV)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House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wire</dc:title>
  <dc:subject>NexPro English product specification</dc:subject>
  <dc:creator>NexPro</dc:creator>
  <cp:keywords>60227 IEC 01 (BV)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